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2"/>
        </w:rPr>
        <w:t>ANDIFES</w:t>
      </w:r>
    </w:p>
    <w:p>
      <w:pPr>
        <w:spacing w:after="40" w:before="0"/>
        <w:jc w:val="center"/>
      </w:pPr>
      <w:r>
        <w:rPr>
          <w:b/>
          <w:sz w:val="22"/>
        </w:rPr>
        <w:t>ASSOCIAÇÃO NACIONAL DOS DIRIGENTES DAS INSTITUIÇÕES FEDERAIS DE ENSINO SUPERIOR</w:t>
      </w:r>
    </w:p>
    <w:p>
      <w:pPr>
        <w:spacing w:after="40" w:before="0"/>
        <w:jc w:val="center"/>
      </w:pPr>
      <w:r>
        <w:rPr>
          <w:b/>
          <w:sz w:val="22"/>
        </w:rPr>
        <w:t>MESTRADO PROFISSIONAL EM ADMINISTRAÇÃO PÚBLICA EM REDE NACIONAL – PROFIAP</w:t>
      </w:r>
    </w:p>
    <w:p>
      <w:pPr>
        <w:spacing w:before="320" w:after="360"/>
        <w:jc w:val="center"/>
      </w:pPr>
      <w:r>
        <w:rPr>
          <w:b/>
          <w:sz w:val="26"/>
        </w:rPr>
        <w:t>ANEXO IV – MODELO DE RECURSO</w:t>
      </w:r>
    </w:p>
    <w:p>
      <w:pPr>
        <w:spacing w:before="120" w:after="120"/>
      </w:pPr>
      <w:r>
        <w:rPr>
          <w:b/>
        </w:rPr>
        <w:t>Recurso referente a:</w:t>
      </w:r>
    </w:p>
    <w:p>
      <w:pPr>
        <w:spacing w:before="40" w:after="40"/>
        <w:ind w:left="576"/>
      </w:pPr>
      <w:r>
        <w:t>(   ) Edital</w:t>
      </w:r>
    </w:p>
    <w:p>
      <w:pPr>
        <w:spacing w:before="40" w:after="40"/>
        <w:ind w:left="576"/>
      </w:pPr>
      <w:r>
        <w:t>(   ) Homologação preliminar das inscrições</w:t>
      </w:r>
    </w:p>
    <w:p>
      <w:pPr>
        <w:spacing w:before="40" w:after="40"/>
        <w:ind w:left="576"/>
      </w:pPr>
      <w:r>
        <w:t>(   ) Resultado preliminar da solicitação de isenção da taxa de inscrição</w:t>
      </w:r>
    </w:p>
    <w:p>
      <w:pPr>
        <w:spacing w:before="40" w:after="40"/>
        <w:ind w:left="576"/>
      </w:pPr>
      <w:r>
        <w:t>(   ) Resultado preliminar do Exame Nacional de Acesso</w:t>
      </w:r>
    </w:p>
    <w:p>
      <w:pPr>
        <w:spacing w:before="280" w:line="312" w:lineRule="auto" w:after="200"/>
        <w:jc w:val="both"/>
      </w:pPr>
      <w:r>
        <w:t xml:space="preserve">Eu, __________________________________________________________, portador(a) do documento de identidade nº ________________________, CPF nº ________________________, venho respeitosamente apresentar </w:t>
      </w:r>
      <w:r>
        <w:rPr>
          <w:b/>
        </w:rPr>
        <w:t>RECURSO</w:t>
      </w:r>
      <w:r>
        <w:t xml:space="preserve"> ao (Edital / Resultado preliminar da solicitação de isenção / Homologação preliminar das inscrições / Resultado preliminar do Exame Nacional de Acesso) à Comissão de Gestão do Exame Nacional de Acesso – ENA Turma 2027.1 (EDITAL PROFIAP Nº 20/2026 – ENA Turma 2027.1) do Mestrado Profissional em Administração Pública em Rede Nacional – PROFIAP.</w:t>
      </w:r>
    </w:p>
    <w:p>
      <w:pPr>
        <w:spacing w:before="240" w:after="80"/>
      </w:pPr>
      <w:r>
        <w:rPr>
          <w:b/>
        </w:rPr>
        <w:t>A decisão objeto do recurso é (explicitar a decisão contestada):</w:t>
      </w:r>
    </w:p>
    <w:p>
      <w:pPr>
        <w:spacing w:before="40" w:after="160"/>
      </w:pPr>
      <w:r>
        <w:t>_________________________________________________________________________________</w:t>
        <w:br/>
        <w:t>_________________________________________________________________________________</w:t>
        <w:br/>
        <w:t>_________________________________________________________________________________</w:t>
      </w:r>
    </w:p>
    <w:p>
      <w:pPr>
        <w:spacing w:before="200" w:after="80"/>
      </w:pPr>
      <w:r>
        <w:rPr>
          <w:b/>
        </w:rPr>
        <w:t>Os argumentos com os quais contesto a referida decisão são:</w:t>
      </w:r>
    </w:p>
    <w:p>
      <w:pPr>
        <w:spacing w:before="40" w:after="160"/>
      </w:pPr>
      <w:r>
        <w:t>_________________________________________________________________________________</w:t>
        <w:br/>
        <w:t>_________________________________________________________________________________</w:t>
        <w:br/>
        <w:t>_________________________________________________________________________________</w:t>
        <w:br/>
        <w:t>_________________________________________________________________________________</w:t>
        <w:br/>
        <w:t>_________________________________________________________________________________</w:t>
        <w:br/>
        <w:t>_________________________________________________________________________________</w:t>
      </w:r>
    </w:p>
    <w:p>
      <w:pPr>
        <w:spacing w:before="200" w:after="80"/>
      </w:pPr>
      <w:r>
        <w:rPr>
          <w:b/>
        </w:rPr>
        <w:t>Para fundamentar essa contestação, encaminho anexos os seguintes documentos:</w:t>
      </w:r>
    </w:p>
    <w:p>
      <w:pPr>
        <w:spacing w:before="40" w:after="400"/>
      </w:pPr>
      <w:r>
        <w:t>1. ______________________________________________________________________________</w:t>
        <w:br/>
        <w:t>2. ______________________________________________________________________________</w:t>
        <w:br/>
        <w:t>3. ______________________________________________________________________________</w:t>
      </w:r>
    </w:p>
    <w:p>
      <w:pPr>
        <w:spacing w:before="320" w:after="720"/>
        <w:jc w:val="right"/>
      </w:pPr>
      <w:r>
        <w:t>Local e data: ________________________, _____ de __________________ de 202__.</w:t>
      </w:r>
    </w:p>
    <w:p>
      <w:pPr>
        <w:spacing w:before="200" w:after="40"/>
        <w:jc w:val="center"/>
      </w:pPr>
      <w:r>
        <w:rPr>
          <w:b w:val="0"/>
        </w:rPr>
        <w:t>________________________________________________________</w:t>
        <w:br/>
      </w:r>
      <w:r>
        <w:rPr>
          <w:b/>
        </w:rPr>
        <w:t>Assinatura do(a) candidato(a)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